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EEB65" w14:textId="2ECEA48D" w:rsidR="006679C6" w:rsidRPr="00200C52" w:rsidRDefault="00DD710E" w:rsidP="00200C52">
      <w:pPr>
        <w:pStyle w:val="Heading1"/>
        <w:jc w:val="center"/>
        <w:rPr>
          <w:rFonts w:ascii="Aptos" w:hAnsi="Aptos"/>
          <w:color w:val="auto"/>
          <w:sz w:val="32"/>
          <w:szCs w:val="32"/>
        </w:rPr>
      </w:pPr>
      <w:r w:rsidRPr="00200C52">
        <w:rPr>
          <w:rFonts w:ascii="Aptos" w:hAnsi="Aptos"/>
          <w:noProof/>
          <w:color w:val="auto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88B92A8" wp14:editId="14E4682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26515" cy="628650"/>
            <wp:effectExtent l="0" t="0" r="6985" b="0"/>
            <wp:wrapTopAndBottom/>
            <wp:docPr id="1312609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609919" name="Picture 13126099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0C52">
        <w:rPr>
          <w:rFonts w:ascii="Aptos" w:hAnsi="Aptos"/>
          <w:color w:val="auto"/>
          <w:sz w:val="32"/>
          <w:szCs w:val="32"/>
        </w:rPr>
        <w:t>End of Grant Monitoring Form</w:t>
      </w:r>
    </w:p>
    <w:p w14:paraId="3434192D" w14:textId="77777777" w:rsidR="006679C6" w:rsidRDefault="001D44D3">
      <w:pPr>
        <w:pStyle w:val="Heading1"/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sz w:val="24"/>
          <w:szCs w:val="24"/>
        </w:rPr>
        <w:t>Organisation Details</w:t>
      </w:r>
    </w:p>
    <w:p w14:paraId="44CB7A10" w14:textId="77777777" w:rsidR="00200C52" w:rsidRPr="00200C52" w:rsidRDefault="00200C52" w:rsidP="00200C52">
      <w:pPr>
        <w:rPr>
          <w:sz w:val="2"/>
          <w:szCs w:val="2"/>
        </w:rPr>
      </w:pPr>
    </w:p>
    <w:p w14:paraId="622B1ACF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Name of organisation: </w:t>
      </w:r>
      <w:sdt>
        <w:sdtPr>
          <w:rPr>
            <w:rFonts w:ascii="Aptos" w:hAnsi="Aptos"/>
            <w:sz w:val="24"/>
            <w:szCs w:val="24"/>
          </w:rPr>
          <w:alias w:val="Response"/>
          <w:id w:val="709180944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7504D4F3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Name of project: </w:t>
      </w:r>
      <w:sdt>
        <w:sdtPr>
          <w:rPr>
            <w:rFonts w:ascii="Aptos" w:hAnsi="Aptos"/>
            <w:sz w:val="24"/>
            <w:szCs w:val="24"/>
          </w:rPr>
          <w:alias w:val="Response"/>
          <w:id w:val="1746098982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71E29AAA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Main contact name: </w:t>
      </w:r>
      <w:sdt>
        <w:sdtPr>
          <w:rPr>
            <w:rFonts w:ascii="Aptos" w:hAnsi="Aptos"/>
            <w:sz w:val="24"/>
            <w:szCs w:val="24"/>
          </w:rPr>
          <w:alias w:val="Response"/>
          <w:id w:val="407902585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59F2007C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Position within organisation: </w:t>
      </w:r>
      <w:sdt>
        <w:sdtPr>
          <w:rPr>
            <w:rFonts w:ascii="Aptos" w:hAnsi="Aptos"/>
            <w:sz w:val="24"/>
            <w:szCs w:val="24"/>
          </w:rPr>
          <w:alias w:val="Response"/>
          <w:id w:val="1129430390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02C5E8FC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Email address: </w:t>
      </w:r>
      <w:sdt>
        <w:sdtPr>
          <w:rPr>
            <w:rFonts w:ascii="Aptos" w:hAnsi="Aptos"/>
            <w:sz w:val="24"/>
            <w:szCs w:val="24"/>
          </w:rPr>
          <w:alias w:val="Response"/>
          <w:id w:val="486529955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0443BD41" w14:textId="77777777" w:rsidR="006679C6" w:rsidRDefault="001D44D3">
      <w:pPr>
        <w:pStyle w:val="Heading1"/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sz w:val="24"/>
          <w:szCs w:val="24"/>
        </w:rPr>
        <w:t>Grant Award Details</w:t>
      </w:r>
    </w:p>
    <w:p w14:paraId="78768776" w14:textId="77777777" w:rsidR="00200C52" w:rsidRPr="00200C52" w:rsidRDefault="00200C52" w:rsidP="00200C52">
      <w:pPr>
        <w:rPr>
          <w:sz w:val="2"/>
          <w:szCs w:val="2"/>
        </w:rPr>
      </w:pPr>
    </w:p>
    <w:p w14:paraId="524FCC3F" w14:textId="38133A33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Amount of grant awarded (£): </w:t>
      </w:r>
      <w:sdt>
        <w:sdtPr>
          <w:rPr>
            <w:rFonts w:ascii="Aptos" w:hAnsi="Aptos"/>
            <w:sz w:val="24"/>
            <w:szCs w:val="24"/>
          </w:rPr>
          <w:alias w:val="Response"/>
          <w:id w:val="936403608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1D2983FB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Date project completed: </w:t>
      </w:r>
      <w:sdt>
        <w:sdtPr>
          <w:rPr>
            <w:rFonts w:ascii="Aptos" w:hAnsi="Aptos"/>
            <w:sz w:val="24"/>
            <w:szCs w:val="24"/>
          </w:rPr>
          <w:alias w:val="Response"/>
          <w:id w:val="702477985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4E755A27" w14:textId="61E707AE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Has the project been completed as described in </w:t>
      </w:r>
      <w:r w:rsidR="00DD710E">
        <w:rPr>
          <w:rFonts w:ascii="Aptos" w:hAnsi="Aptos"/>
          <w:b/>
          <w:sz w:val="24"/>
          <w:szCs w:val="24"/>
        </w:rPr>
        <w:t>your</w:t>
      </w:r>
      <w:r w:rsidRPr="00DD710E">
        <w:rPr>
          <w:rFonts w:ascii="Aptos" w:hAnsi="Aptos"/>
          <w:b/>
          <w:sz w:val="24"/>
          <w:szCs w:val="24"/>
        </w:rPr>
        <w:t xml:space="preserve"> original application?: </w:t>
      </w:r>
      <w:sdt>
        <w:sdtPr>
          <w:rPr>
            <w:rFonts w:ascii="Aptos" w:hAnsi="Aptos"/>
            <w:sz w:val="24"/>
            <w:szCs w:val="24"/>
          </w:rPr>
          <w:alias w:val="Response"/>
          <w:id w:val="232038279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32D0C568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If partially or not completed, please explain: </w:t>
      </w:r>
      <w:sdt>
        <w:sdtPr>
          <w:rPr>
            <w:rFonts w:ascii="Aptos" w:hAnsi="Aptos"/>
            <w:sz w:val="24"/>
            <w:szCs w:val="24"/>
          </w:rPr>
          <w:alias w:val="Response"/>
          <w:id w:val="554107567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1F602B18" w14:textId="77777777" w:rsidR="006679C6" w:rsidRDefault="001D44D3">
      <w:pPr>
        <w:pStyle w:val="Heading1"/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sz w:val="24"/>
          <w:szCs w:val="24"/>
        </w:rPr>
        <w:t>Use of the Grant</w:t>
      </w:r>
    </w:p>
    <w:p w14:paraId="53E9EAB3" w14:textId="77777777" w:rsidR="00200C52" w:rsidRPr="00200C52" w:rsidRDefault="00200C52" w:rsidP="00200C52">
      <w:pPr>
        <w:rPr>
          <w:sz w:val="2"/>
          <w:szCs w:val="2"/>
        </w:rPr>
      </w:pPr>
    </w:p>
    <w:p w14:paraId="19802095" w14:textId="7E68B770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Please describe how the grant was spent: </w:t>
      </w:r>
      <w:sdt>
        <w:sdtPr>
          <w:rPr>
            <w:rFonts w:ascii="Aptos" w:hAnsi="Aptos"/>
            <w:sz w:val="24"/>
            <w:szCs w:val="24"/>
          </w:rPr>
          <w:alias w:val="Response"/>
          <w:id w:val="12398997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7C19C65A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Please provide a breakdown of expenditure funded by the grant: </w:t>
      </w:r>
      <w:sdt>
        <w:sdtPr>
          <w:rPr>
            <w:rFonts w:ascii="Aptos" w:hAnsi="Aptos"/>
            <w:sz w:val="24"/>
            <w:szCs w:val="24"/>
          </w:rPr>
          <w:alias w:val="Response"/>
          <w:id w:val="728388302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3E5496C5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Was all grant funding spent on approved project costs?: </w:t>
      </w:r>
      <w:sdt>
        <w:sdtPr>
          <w:rPr>
            <w:rFonts w:ascii="Aptos" w:hAnsi="Aptos"/>
            <w:sz w:val="24"/>
            <w:szCs w:val="24"/>
          </w:rPr>
          <w:alias w:val="Response"/>
          <w:id w:val="1283711071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1B60F34C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If no, please provide details: </w:t>
      </w:r>
      <w:sdt>
        <w:sdtPr>
          <w:rPr>
            <w:rFonts w:ascii="Aptos" w:hAnsi="Aptos"/>
            <w:sz w:val="24"/>
            <w:szCs w:val="24"/>
          </w:rPr>
          <w:alias w:val="Response"/>
          <w:id w:val="456919678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7878DCB1" w14:textId="77777777" w:rsidR="006679C6" w:rsidRDefault="001D44D3">
      <w:pPr>
        <w:pStyle w:val="Heading1"/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sz w:val="24"/>
          <w:szCs w:val="24"/>
        </w:rPr>
        <w:t>Project Outcomes and Benefits</w:t>
      </w:r>
    </w:p>
    <w:p w14:paraId="0902AFDF" w14:textId="77777777" w:rsidR="00200C52" w:rsidRPr="00200C52" w:rsidRDefault="00200C52" w:rsidP="00200C52">
      <w:pPr>
        <w:rPr>
          <w:sz w:val="2"/>
          <w:szCs w:val="2"/>
        </w:rPr>
      </w:pPr>
    </w:p>
    <w:p w14:paraId="4343D7E7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lastRenderedPageBreak/>
        <w:t xml:space="preserve">Please describe what has been delivered: </w:t>
      </w:r>
      <w:sdt>
        <w:sdtPr>
          <w:rPr>
            <w:rFonts w:ascii="Aptos" w:hAnsi="Aptos"/>
            <w:sz w:val="24"/>
            <w:szCs w:val="24"/>
          </w:rPr>
          <w:alias w:val="Response"/>
          <w:id w:val="372762764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02B407A3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What benefits has the project achieved for the community?: </w:t>
      </w:r>
      <w:sdt>
        <w:sdtPr>
          <w:rPr>
            <w:rFonts w:ascii="Aptos" w:hAnsi="Aptos"/>
            <w:sz w:val="24"/>
            <w:szCs w:val="24"/>
          </w:rPr>
          <w:alias w:val="Response"/>
          <w:id w:val="1185935878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11631562" w14:textId="1CA5E2C0" w:rsidR="006679C6" w:rsidRDefault="001D44D3">
      <w:pPr>
        <w:pStyle w:val="Heading1"/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sz w:val="24"/>
          <w:szCs w:val="24"/>
        </w:rPr>
        <w:t>Financial Evidence</w:t>
      </w:r>
    </w:p>
    <w:p w14:paraId="74AE028B" w14:textId="77777777" w:rsidR="00200C52" w:rsidRPr="00200C52" w:rsidRDefault="00200C52" w:rsidP="00200C52">
      <w:pPr>
        <w:rPr>
          <w:sz w:val="2"/>
          <w:szCs w:val="2"/>
        </w:rPr>
      </w:pPr>
    </w:p>
    <w:p w14:paraId="6C9D2DFB" w14:textId="016BA906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Please </w:t>
      </w:r>
      <w:r w:rsidR="00D714B3">
        <w:rPr>
          <w:rFonts w:ascii="Aptos" w:hAnsi="Aptos"/>
          <w:b/>
          <w:sz w:val="24"/>
          <w:szCs w:val="24"/>
        </w:rPr>
        <w:t xml:space="preserve">send copies of </w:t>
      </w:r>
      <w:r w:rsidR="00F7460A">
        <w:rPr>
          <w:rFonts w:ascii="Aptos" w:hAnsi="Aptos"/>
          <w:b/>
          <w:sz w:val="24"/>
          <w:szCs w:val="24"/>
        </w:rPr>
        <w:t xml:space="preserve">all </w:t>
      </w:r>
      <w:r w:rsidRPr="00DD710E">
        <w:rPr>
          <w:rFonts w:ascii="Aptos" w:hAnsi="Aptos"/>
          <w:b/>
          <w:sz w:val="24"/>
          <w:szCs w:val="24"/>
        </w:rPr>
        <w:t xml:space="preserve">invoices and receipts </w:t>
      </w:r>
      <w:r w:rsidR="00043B5B">
        <w:rPr>
          <w:rFonts w:ascii="Aptos" w:hAnsi="Aptos"/>
          <w:b/>
          <w:sz w:val="24"/>
          <w:szCs w:val="24"/>
        </w:rPr>
        <w:t xml:space="preserve">to account </w:t>
      </w:r>
      <w:r w:rsidR="00721E85">
        <w:rPr>
          <w:rFonts w:ascii="Aptos" w:hAnsi="Aptos"/>
          <w:b/>
          <w:sz w:val="24"/>
          <w:szCs w:val="24"/>
        </w:rPr>
        <w:t xml:space="preserve">for the </w:t>
      </w:r>
      <w:r w:rsidR="00B61020">
        <w:rPr>
          <w:rFonts w:ascii="Aptos" w:hAnsi="Aptos"/>
          <w:b/>
          <w:sz w:val="24"/>
          <w:szCs w:val="24"/>
        </w:rPr>
        <w:t xml:space="preserve">total </w:t>
      </w:r>
      <w:r w:rsidR="00721E85">
        <w:rPr>
          <w:rFonts w:ascii="Aptos" w:hAnsi="Aptos"/>
          <w:b/>
          <w:sz w:val="24"/>
          <w:szCs w:val="24"/>
        </w:rPr>
        <w:t>grant received</w:t>
      </w:r>
      <w:r w:rsidR="00642D1D">
        <w:rPr>
          <w:rFonts w:ascii="Aptos" w:hAnsi="Aptos"/>
          <w:b/>
          <w:sz w:val="24"/>
          <w:szCs w:val="24"/>
        </w:rPr>
        <w:t xml:space="preserve">. </w:t>
      </w:r>
      <w:r w:rsidR="00B61020">
        <w:rPr>
          <w:rFonts w:ascii="Aptos" w:hAnsi="Aptos"/>
          <w:b/>
          <w:sz w:val="24"/>
          <w:szCs w:val="24"/>
        </w:rPr>
        <w:t>If you are not able to provide these</w:t>
      </w:r>
      <w:r w:rsidR="00D714B3">
        <w:rPr>
          <w:rFonts w:ascii="Aptos" w:hAnsi="Aptos"/>
          <w:b/>
          <w:sz w:val="24"/>
          <w:szCs w:val="24"/>
        </w:rPr>
        <w:t>,</w:t>
      </w:r>
      <w:r w:rsidR="00B61020">
        <w:rPr>
          <w:rFonts w:ascii="Aptos" w:hAnsi="Aptos"/>
          <w:b/>
          <w:sz w:val="24"/>
          <w:szCs w:val="24"/>
        </w:rPr>
        <w:t xml:space="preserve"> please explain</w:t>
      </w:r>
      <w:r w:rsidRPr="00DD710E">
        <w:rPr>
          <w:rFonts w:ascii="Aptos" w:hAnsi="Aptos"/>
          <w:b/>
          <w:sz w:val="24"/>
          <w:szCs w:val="24"/>
        </w:rPr>
        <w:t xml:space="preserve">: </w:t>
      </w:r>
      <w:sdt>
        <w:sdtPr>
          <w:rPr>
            <w:rFonts w:ascii="Aptos" w:hAnsi="Aptos"/>
            <w:sz w:val="24"/>
            <w:szCs w:val="24"/>
          </w:rPr>
          <w:alias w:val="Response"/>
          <w:id w:val="817271987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5BAB57B8" w14:textId="77777777" w:rsidR="006679C6" w:rsidRDefault="001D44D3">
      <w:pPr>
        <w:pStyle w:val="Heading1"/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sz w:val="24"/>
          <w:szCs w:val="24"/>
        </w:rPr>
        <w:t>Declaration</w:t>
      </w:r>
    </w:p>
    <w:p w14:paraId="0AC76006" w14:textId="77777777" w:rsidR="00200C52" w:rsidRPr="00200C52" w:rsidRDefault="00200C52" w:rsidP="00200C52">
      <w:pPr>
        <w:rPr>
          <w:sz w:val="2"/>
          <w:szCs w:val="2"/>
        </w:rPr>
      </w:pPr>
    </w:p>
    <w:p w14:paraId="68DD430D" w14:textId="65149022" w:rsidR="006679C6" w:rsidRPr="00DD710E" w:rsidRDefault="003D5611">
      <w:pPr>
        <w:rPr>
          <w:rFonts w:ascii="Aptos" w:hAnsi="Aptos"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 xml:space="preserve">Name of </w:t>
      </w:r>
      <w:proofErr w:type="spellStart"/>
      <w:r>
        <w:rPr>
          <w:rFonts w:ascii="Aptos" w:hAnsi="Aptos"/>
          <w:b/>
          <w:sz w:val="24"/>
          <w:szCs w:val="24"/>
        </w:rPr>
        <w:t>a</w:t>
      </w:r>
      <w:r w:rsidR="001D44D3" w:rsidRPr="00DD710E">
        <w:rPr>
          <w:rFonts w:ascii="Aptos" w:hAnsi="Aptos"/>
          <w:b/>
          <w:sz w:val="24"/>
          <w:szCs w:val="24"/>
        </w:rPr>
        <w:t>uthorised</w:t>
      </w:r>
      <w:proofErr w:type="spellEnd"/>
      <w:r w:rsidR="001D44D3" w:rsidRPr="00DD710E">
        <w:rPr>
          <w:rFonts w:ascii="Aptos" w:hAnsi="Aptos"/>
          <w:b/>
          <w:sz w:val="24"/>
          <w:szCs w:val="24"/>
        </w:rPr>
        <w:t xml:space="preserve"> representative</w:t>
      </w:r>
      <w:r>
        <w:rPr>
          <w:rFonts w:ascii="Aptos" w:hAnsi="Aptos"/>
          <w:b/>
          <w:sz w:val="24"/>
          <w:szCs w:val="24"/>
        </w:rPr>
        <w:t xml:space="preserve">: </w:t>
      </w:r>
      <w:sdt>
        <w:sdtPr>
          <w:rPr>
            <w:rFonts w:ascii="Aptos" w:hAnsi="Aptos"/>
            <w:sz w:val="24"/>
            <w:szCs w:val="24"/>
          </w:rPr>
          <w:alias w:val="Response"/>
          <w:id w:val="1042972514"/>
        </w:sdtPr>
        <w:sdtEndPr/>
        <w:sdtContent>
          <w:r w:rsidR="001D44D3"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774A5E02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Position: </w:t>
      </w:r>
      <w:sdt>
        <w:sdtPr>
          <w:rPr>
            <w:rFonts w:ascii="Aptos" w:hAnsi="Aptos"/>
            <w:sz w:val="24"/>
            <w:szCs w:val="24"/>
          </w:rPr>
          <w:alias w:val="Response"/>
          <w:id w:val="1568862780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p w14:paraId="6612BECB" w14:textId="77777777" w:rsidR="006679C6" w:rsidRPr="00DD710E" w:rsidRDefault="001D44D3">
      <w:pPr>
        <w:rPr>
          <w:rFonts w:ascii="Aptos" w:hAnsi="Aptos"/>
          <w:sz w:val="24"/>
          <w:szCs w:val="24"/>
        </w:rPr>
      </w:pPr>
      <w:r w:rsidRPr="00DD710E">
        <w:rPr>
          <w:rFonts w:ascii="Aptos" w:hAnsi="Aptos"/>
          <w:b/>
          <w:sz w:val="24"/>
          <w:szCs w:val="24"/>
        </w:rPr>
        <w:t xml:space="preserve">Date: </w:t>
      </w:r>
      <w:sdt>
        <w:sdtPr>
          <w:rPr>
            <w:rFonts w:ascii="Aptos" w:hAnsi="Aptos"/>
            <w:sz w:val="24"/>
            <w:szCs w:val="24"/>
          </w:rPr>
          <w:alias w:val="Response"/>
          <w:id w:val="2015955005"/>
        </w:sdtPr>
        <w:sdtEndPr/>
        <w:sdtContent>
          <w:r w:rsidRPr="00DD710E">
            <w:rPr>
              <w:rFonts w:ascii="Aptos" w:hAnsi="Aptos"/>
              <w:sz w:val="24"/>
              <w:szCs w:val="24"/>
            </w:rPr>
            <w:t>Click here to enter text</w:t>
          </w:r>
        </w:sdtContent>
      </w:sdt>
    </w:p>
    <w:sectPr w:rsidR="006679C6" w:rsidRPr="00DD710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0088268">
    <w:abstractNumId w:val="8"/>
  </w:num>
  <w:num w:numId="2" w16cid:durableId="2036422595">
    <w:abstractNumId w:val="6"/>
  </w:num>
  <w:num w:numId="3" w16cid:durableId="743453838">
    <w:abstractNumId w:val="5"/>
  </w:num>
  <w:num w:numId="4" w16cid:durableId="461584549">
    <w:abstractNumId w:val="4"/>
  </w:num>
  <w:num w:numId="5" w16cid:durableId="1732003723">
    <w:abstractNumId w:val="7"/>
  </w:num>
  <w:num w:numId="6" w16cid:durableId="1461533038">
    <w:abstractNumId w:val="3"/>
  </w:num>
  <w:num w:numId="7" w16cid:durableId="938681851">
    <w:abstractNumId w:val="2"/>
  </w:num>
  <w:num w:numId="8" w16cid:durableId="540291059">
    <w:abstractNumId w:val="1"/>
  </w:num>
  <w:num w:numId="9" w16cid:durableId="18633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B5B"/>
    <w:rsid w:val="0006063C"/>
    <w:rsid w:val="0015074B"/>
    <w:rsid w:val="00170ED6"/>
    <w:rsid w:val="00200C52"/>
    <w:rsid w:val="0029639D"/>
    <w:rsid w:val="002E3568"/>
    <w:rsid w:val="002F3A33"/>
    <w:rsid w:val="00326F90"/>
    <w:rsid w:val="003406B1"/>
    <w:rsid w:val="003D5611"/>
    <w:rsid w:val="00550E81"/>
    <w:rsid w:val="00642D1D"/>
    <w:rsid w:val="006573D3"/>
    <w:rsid w:val="006679C6"/>
    <w:rsid w:val="00721E85"/>
    <w:rsid w:val="00A56C4F"/>
    <w:rsid w:val="00AA1D8D"/>
    <w:rsid w:val="00B02AFF"/>
    <w:rsid w:val="00B47730"/>
    <w:rsid w:val="00B61020"/>
    <w:rsid w:val="00BB4A0D"/>
    <w:rsid w:val="00CB0664"/>
    <w:rsid w:val="00D617E2"/>
    <w:rsid w:val="00D714B3"/>
    <w:rsid w:val="00DD710E"/>
    <w:rsid w:val="00F7460A"/>
    <w:rsid w:val="00F91E14"/>
    <w:rsid w:val="00FC693F"/>
    <w:rsid w:val="00FF78C9"/>
    <w:rsid w:val="7795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508348D0-872F-4BFD-B813-B89B2D11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213</Words>
  <Characters>1218</Characters>
  <Application>Microsoft Office Word</Application>
  <DocSecurity>8</DocSecurity>
  <Lines>10</Lines>
  <Paragraphs>2</Paragraphs>
  <ScaleCrop>false</ScaleCrop>
  <Manager/>
  <Company/>
  <LinksUpToDate>false</LinksUpToDate>
  <CharactersWithSpaces>1429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French</dc:creator>
  <cp:keywords/>
  <dc:description>generated by python-docx</dc:description>
  <cp:lastModifiedBy>Jenny French</cp:lastModifiedBy>
  <cp:revision>9</cp:revision>
  <dcterms:created xsi:type="dcterms:W3CDTF">2026-07-22T11:28:00Z</dcterms:created>
  <dcterms:modified xsi:type="dcterms:W3CDTF">2026-08-09T08:10:00Z</dcterms:modified>
  <cp:category/>
</cp:coreProperties>
</file>