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E232" w14:textId="77777777" w:rsidR="00420282" w:rsidRPr="00420282" w:rsidRDefault="00420282" w:rsidP="00420282">
      <w:pPr>
        <w:pStyle w:val="Heading2"/>
        <w:rPr>
          <w:color w:val="auto"/>
          <w:sz w:val="2"/>
          <w:szCs w:val="2"/>
        </w:rPr>
      </w:pPr>
    </w:p>
    <w:p w14:paraId="4E2B266F" w14:textId="2EF9605F" w:rsidR="00591A01" w:rsidRPr="00420282" w:rsidRDefault="00420282" w:rsidP="00420282">
      <w:pPr>
        <w:pStyle w:val="Heading2"/>
        <w:rPr>
          <w:color w:val="auto"/>
          <w:sz w:val="32"/>
          <w:szCs w:val="32"/>
        </w:rPr>
      </w:pPr>
      <w:r w:rsidRPr="00420282">
        <w:rPr>
          <w:noProof/>
          <w:color w:val="auto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5AF628D" wp14:editId="5B56705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94460" cy="660400"/>
            <wp:effectExtent l="0" t="0" r="0" b="6350"/>
            <wp:wrapTopAndBottom/>
            <wp:docPr id="1896373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373848" name="Picture 18963738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6957" cy="661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3F7" w:rsidRPr="00420282">
        <w:rPr>
          <w:color w:val="auto"/>
          <w:sz w:val="32"/>
          <w:szCs w:val="32"/>
        </w:rPr>
        <w:t>APPLICATION FOR CO-OPTION AS A PARISH COUNCILLOR</w:t>
      </w:r>
    </w:p>
    <w:p w14:paraId="686E430B" w14:textId="64FE39C1" w:rsidR="00591A01" w:rsidRPr="003113AE" w:rsidRDefault="001063F7">
      <w:pPr>
        <w:rPr>
          <w:rFonts w:ascii="Aptos" w:hAnsi="Aptos"/>
          <w:sz w:val="24"/>
          <w:szCs w:val="24"/>
        </w:rPr>
      </w:pPr>
      <w:r w:rsidRPr="003113AE">
        <w:rPr>
          <w:rFonts w:ascii="Aptos" w:hAnsi="Aptos"/>
          <w:sz w:val="24"/>
          <w:szCs w:val="24"/>
        </w:rPr>
        <w:t>Thank you for your interest in becoming a Parish Councillor. Please provide the information below to assist the Council in making its decision.</w:t>
      </w:r>
    </w:p>
    <w:p w14:paraId="690EEB37" w14:textId="22AA4D90" w:rsidR="00591A01" w:rsidRPr="003113AE" w:rsidRDefault="001063F7">
      <w:pPr>
        <w:rPr>
          <w:rFonts w:ascii="Aptos" w:hAnsi="Aptos"/>
          <w:sz w:val="24"/>
          <w:szCs w:val="24"/>
        </w:rPr>
      </w:pPr>
      <w:r w:rsidRPr="003113AE">
        <w:rPr>
          <w:rFonts w:ascii="Aptos" w:hAnsi="Aptos"/>
          <w:sz w:val="24"/>
          <w:szCs w:val="24"/>
        </w:rPr>
        <w:t xml:space="preserve">Full Name and Title </w:t>
      </w:r>
      <w:sdt>
        <w:sdtPr>
          <w:rPr>
            <w:rFonts w:ascii="Aptos" w:hAnsi="Aptos"/>
            <w:sz w:val="24"/>
            <w:szCs w:val="24"/>
          </w:rPr>
          <w:id w:val="-121318622"/>
          <w:showingPlcHdr/>
          <w:text/>
        </w:sdtPr>
        <w:sdtEndPr/>
        <w:sdtContent>
          <w:r w:rsidR="00420282">
            <w:rPr>
              <w:rFonts w:ascii="Aptos" w:hAnsi="Aptos"/>
              <w:sz w:val="24"/>
              <w:szCs w:val="24"/>
            </w:rPr>
            <w:t xml:space="preserve">     </w:t>
          </w:r>
        </w:sdtContent>
      </w:sdt>
    </w:p>
    <w:p w14:paraId="16C5D503" w14:textId="38310965" w:rsidR="00591A01" w:rsidRPr="003113AE" w:rsidRDefault="001063F7">
      <w:pPr>
        <w:rPr>
          <w:rFonts w:ascii="Aptos" w:hAnsi="Aptos"/>
          <w:sz w:val="24"/>
          <w:szCs w:val="24"/>
        </w:rPr>
      </w:pPr>
      <w:r w:rsidRPr="003113AE">
        <w:rPr>
          <w:rFonts w:ascii="Aptos" w:hAnsi="Aptos"/>
          <w:sz w:val="24"/>
          <w:szCs w:val="24"/>
        </w:rPr>
        <w:t xml:space="preserve">Home Address </w:t>
      </w:r>
      <w:sdt>
        <w:sdtPr>
          <w:rPr>
            <w:rFonts w:ascii="Aptos" w:hAnsi="Aptos"/>
            <w:sz w:val="24"/>
            <w:szCs w:val="24"/>
          </w:rPr>
          <w:id w:val="2098362494"/>
          <w:showingPlcHdr/>
          <w:text/>
        </w:sdtPr>
        <w:sdtEndPr/>
        <w:sdtContent>
          <w:r w:rsidR="003113AE">
            <w:rPr>
              <w:rFonts w:ascii="Aptos" w:hAnsi="Aptos"/>
              <w:sz w:val="24"/>
              <w:szCs w:val="24"/>
            </w:rPr>
            <w:t xml:space="preserve">     </w:t>
          </w:r>
        </w:sdtContent>
      </w:sdt>
    </w:p>
    <w:p w14:paraId="6B5A5D5B" w14:textId="2599676A" w:rsidR="00591A01" w:rsidRPr="003113AE" w:rsidRDefault="001063F7">
      <w:pPr>
        <w:rPr>
          <w:rFonts w:ascii="Aptos" w:hAnsi="Aptos"/>
          <w:sz w:val="24"/>
          <w:szCs w:val="24"/>
        </w:rPr>
      </w:pPr>
      <w:r w:rsidRPr="003113AE">
        <w:rPr>
          <w:rFonts w:ascii="Aptos" w:hAnsi="Aptos"/>
          <w:sz w:val="24"/>
          <w:szCs w:val="24"/>
        </w:rPr>
        <w:t xml:space="preserve">Telephone </w:t>
      </w:r>
      <w:sdt>
        <w:sdtPr>
          <w:rPr>
            <w:rFonts w:ascii="Aptos" w:hAnsi="Aptos"/>
            <w:sz w:val="24"/>
            <w:szCs w:val="24"/>
          </w:rPr>
          <w:id w:val="158897737"/>
          <w:showingPlcHdr/>
          <w:text/>
        </w:sdtPr>
        <w:sdtEndPr/>
        <w:sdtContent>
          <w:r w:rsidR="003113AE">
            <w:rPr>
              <w:rFonts w:ascii="Aptos" w:hAnsi="Aptos"/>
              <w:sz w:val="24"/>
              <w:szCs w:val="24"/>
            </w:rPr>
            <w:t xml:space="preserve">     </w:t>
          </w:r>
        </w:sdtContent>
      </w:sdt>
    </w:p>
    <w:p w14:paraId="603F2C81" w14:textId="3337CC86" w:rsidR="00591A01" w:rsidRPr="003113AE" w:rsidRDefault="001063F7">
      <w:pPr>
        <w:rPr>
          <w:rFonts w:ascii="Aptos" w:hAnsi="Aptos"/>
          <w:sz w:val="24"/>
          <w:szCs w:val="24"/>
        </w:rPr>
      </w:pPr>
      <w:r w:rsidRPr="003113AE">
        <w:rPr>
          <w:rFonts w:ascii="Aptos" w:hAnsi="Aptos"/>
          <w:sz w:val="24"/>
          <w:szCs w:val="24"/>
        </w:rPr>
        <w:t xml:space="preserve">Email Address </w:t>
      </w:r>
      <w:sdt>
        <w:sdtPr>
          <w:rPr>
            <w:rFonts w:ascii="Aptos" w:hAnsi="Aptos"/>
            <w:sz w:val="24"/>
            <w:szCs w:val="24"/>
          </w:rPr>
          <w:id w:val="-449475065"/>
          <w:showingPlcHdr/>
          <w:text/>
        </w:sdtPr>
        <w:sdtEndPr/>
        <w:sdtContent>
          <w:r w:rsidR="008D68FB">
            <w:rPr>
              <w:rFonts w:ascii="Aptos" w:hAnsi="Aptos"/>
              <w:sz w:val="24"/>
              <w:szCs w:val="24"/>
            </w:rPr>
            <w:t xml:space="preserve">     </w:t>
          </w:r>
        </w:sdtContent>
      </w:sdt>
    </w:p>
    <w:p w14:paraId="7F4A4C1A" w14:textId="77777777" w:rsidR="00591A01" w:rsidRPr="003113AE" w:rsidRDefault="001063F7">
      <w:pPr>
        <w:rPr>
          <w:rFonts w:ascii="Aptos" w:hAnsi="Aptos"/>
          <w:sz w:val="24"/>
          <w:szCs w:val="24"/>
        </w:rPr>
      </w:pPr>
      <w:r w:rsidRPr="003113AE">
        <w:rPr>
          <w:rFonts w:ascii="Aptos" w:hAnsi="Aptos"/>
          <w:sz w:val="24"/>
          <w:szCs w:val="24"/>
        </w:rPr>
        <w:t>Please explain why you wish to become a Parish Councillor:</w:t>
      </w:r>
    </w:p>
    <w:p w14:paraId="60568791" w14:textId="6DD8FA93" w:rsidR="00591A01" w:rsidRPr="003113AE" w:rsidRDefault="001063F7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id w:val="-449400797"/>
          <w:showingPlcHdr/>
          <w:text/>
        </w:sdtPr>
        <w:sdtEndPr/>
        <w:sdtContent>
          <w:r w:rsidR="008D68FB">
            <w:rPr>
              <w:rFonts w:ascii="Aptos" w:hAnsi="Aptos"/>
              <w:sz w:val="24"/>
              <w:szCs w:val="24"/>
            </w:rPr>
            <w:t xml:space="preserve">     </w:t>
          </w:r>
        </w:sdtContent>
      </w:sdt>
    </w:p>
    <w:p w14:paraId="521307CB" w14:textId="77777777" w:rsidR="00591A01" w:rsidRPr="003113AE" w:rsidRDefault="001063F7">
      <w:pPr>
        <w:rPr>
          <w:rFonts w:ascii="Aptos" w:hAnsi="Aptos"/>
          <w:sz w:val="24"/>
          <w:szCs w:val="24"/>
        </w:rPr>
      </w:pPr>
      <w:r w:rsidRPr="003113AE">
        <w:rPr>
          <w:rFonts w:ascii="Aptos" w:hAnsi="Aptos"/>
          <w:sz w:val="24"/>
          <w:szCs w:val="24"/>
        </w:rPr>
        <w:t>Please outline any skills, experience, or community involvement that you feel would assist the Council:</w:t>
      </w:r>
    </w:p>
    <w:p w14:paraId="3F1EC785" w14:textId="40136005" w:rsidR="00591A01" w:rsidRPr="003113AE" w:rsidRDefault="001063F7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id w:val="900802381"/>
          <w:showingPlcHdr/>
          <w:text/>
        </w:sdtPr>
        <w:sdtEndPr/>
        <w:sdtContent>
          <w:r w:rsidR="008D68FB">
            <w:rPr>
              <w:rFonts w:ascii="Aptos" w:hAnsi="Aptos"/>
              <w:sz w:val="24"/>
              <w:szCs w:val="24"/>
            </w:rPr>
            <w:t xml:space="preserve">     </w:t>
          </w:r>
        </w:sdtContent>
      </w:sdt>
    </w:p>
    <w:p w14:paraId="094C9600" w14:textId="2E8A2EBC" w:rsidR="00591A01" w:rsidRPr="003113AE" w:rsidRDefault="001063F7">
      <w:pPr>
        <w:rPr>
          <w:rFonts w:ascii="Aptos" w:hAnsi="Aptos"/>
          <w:sz w:val="24"/>
          <w:szCs w:val="24"/>
        </w:rPr>
      </w:pPr>
      <w:r w:rsidRPr="003113AE">
        <w:rPr>
          <w:rFonts w:ascii="Aptos" w:hAnsi="Aptos"/>
          <w:sz w:val="24"/>
          <w:szCs w:val="24"/>
        </w:rPr>
        <w:t xml:space="preserve">Signature </w:t>
      </w:r>
      <w:sdt>
        <w:sdtPr>
          <w:rPr>
            <w:rFonts w:ascii="Aptos" w:hAnsi="Aptos"/>
            <w:sz w:val="24"/>
            <w:szCs w:val="24"/>
          </w:rPr>
          <w:id w:val="-1270537377"/>
          <w:showingPlcHdr/>
          <w:text/>
        </w:sdtPr>
        <w:sdtEndPr/>
        <w:sdtContent>
          <w:r w:rsidR="008D68FB">
            <w:rPr>
              <w:rFonts w:ascii="Aptos" w:hAnsi="Aptos"/>
              <w:sz w:val="24"/>
              <w:szCs w:val="24"/>
            </w:rPr>
            <w:t xml:space="preserve">     </w:t>
          </w:r>
        </w:sdtContent>
      </w:sdt>
    </w:p>
    <w:p w14:paraId="186E7435" w14:textId="77777777" w:rsidR="00591A01" w:rsidRDefault="001063F7">
      <w:pPr>
        <w:pStyle w:val="Heading2"/>
      </w:pPr>
      <w:r>
        <w:t>Proposer and Seconder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46"/>
        <w:gridCol w:w="3307"/>
        <w:gridCol w:w="3887"/>
      </w:tblGrid>
      <w:tr w:rsidR="00591A01" w14:paraId="0C10289F" w14:textId="77777777">
        <w:tc>
          <w:tcPr>
            <w:tcW w:w="2880" w:type="dxa"/>
          </w:tcPr>
          <w:p w14:paraId="606CD803" w14:textId="77777777" w:rsidR="00591A01" w:rsidRDefault="00591A01"/>
        </w:tc>
        <w:tc>
          <w:tcPr>
            <w:tcW w:w="2880" w:type="dxa"/>
          </w:tcPr>
          <w:p w14:paraId="4AA7E539" w14:textId="77777777" w:rsidR="00591A01" w:rsidRPr="008D68FB" w:rsidRDefault="001063F7">
            <w:pPr>
              <w:rPr>
                <w:rFonts w:ascii="Aptos" w:hAnsi="Aptos"/>
                <w:sz w:val="24"/>
                <w:szCs w:val="24"/>
              </w:rPr>
            </w:pPr>
            <w:r w:rsidRPr="008D68FB">
              <w:rPr>
                <w:rFonts w:ascii="Aptos" w:hAnsi="Aptos"/>
                <w:sz w:val="24"/>
                <w:szCs w:val="24"/>
              </w:rPr>
              <w:t>Proposer</w:t>
            </w:r>
          </w:p>
        </w:tc>
        <w:tc>
          <w:tcPr>
            <w:tcW w:w="2880" w:type="dxa"/>
          </w:tcPr>
          <w:p w14:paraId="26119865" w14:textId="77777777" w:rsidR="00591A01" w:rsidRPr="008D68FB" w:rsidRDefault="001063F7">
            <w:pPr>
              <w:rPr>
                <w:rFonts w:ascii="Aptos" w:hAnsi="Aptos"/>
                <w:sz w:val="24"/>
                <w:szCs w:val="24"/>
              </w:rPr>
            </w:pPr>
            <w:r w:rsidRPr="008D68FB">
              <w:rPr>
                <w:rFonts w:ascii="Aptos" w:hAnsi="Aptos"/>
                <w:sz w:val="24"/>
                <w:szCs w:val="24"/>
              </w:rPr>
              <w:t>Seconder</w:t>
            </w:r>
          </w:p>
        </w:tc>
      </w:tr>
      <w:tr w:rsidR="00591A01" w14:paraId="75CC260E" w14:textId="77777777">
        <w:tc>
          <w:tcPr>
            <w:tcW w:w="2880" w:type="dxa"/>
          </w:tcPr>
          <w:p w14:paraId="62F30BA4" w14:textId="77777777" w:rsidR="00591A01" w:rsidRPr="008D68FB" w:rsidRDefault="001063F7">
            <w:pPr>
              <w:rPr>
                <w:rFonts w:ascii="Aptos" w:hAnsi="Aptos"/>
                <w:sz w:val="24"/>
                <w:szCs w:val="24"/>
              </w:rPr>
            </w:pPr>
            <w:r w:rsidRPr="008D68FB">
              <w:rPr>
                <w:rFonts w:ascii="Aptos" w:hAnsi="Aptos"/>
                <w:sz w:val="24"/>
                <w:szCs w:val="24"/>
              </w:rPr>
              <w:t>Name</w:t>
            </w:r>
          </w:p>
        </w:tc>
        <w:tc>
          <w:tcPr>
            <w:tcW w:w="2880" w:type="dxa"/>
          </w:tcPr>
          <w:p w14:paraId="21126F0B" w14:textId="1A861B0A" w:rsidR="00591A01" w:rsidRPr="008D68FB" w:rsidRDefault="008D68FB">
            <w:pPr>
              <w:rPr>
                <w:rFonts w:ascii="Aptos" w:hAnsi="Aptos"/>
                <w:sz w:val="24"/>
                <w:szCs w:val="24"/>
              </w:rPr>
            </w:pPr>
            <w:sdt>
              <w:sdtPr>
                <w:rPr>
                  <w:rFonts w:ascii="Aptos" w:hAnsi="Aptos"/>
                  <w:sz w:val="24"/>
                  <w:szCs w:val="24"/>
                </w:rPr>
                <w:id w:val="-1015158200"/>
                <w:showingPlcHdr/>
                <w:text/>
              </w:sdtPr>
              <w:sdtContent>
                <w:r w:rsidRPr="008D68FB">
                  <w:rPr>
                    <w:rFonts w:ascii="Aptos" w:hAnsi="Aptos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2880" w:type="dxa"/>
          </w:tcPr>
          <w:p w14:paraId="5B3AB204" w14:textId="5AE31AA7" w:rsidR="00591A01" w:rsidRPr="008D68FB" w:rsidRDefault="008D68FB">
            <w:pPr>
              <w:rPr>
                <w:rFonts w:ascii="Aptos" w:hAnsi="Aptos"/>
                <w:sz w:val="24"/>
                <w:szCs w:val="24"/>
              </w:rPr>
            </w:pPr>
            <w:sdt>
              <w:sdtPr>
                <w:rPr>
                  <w:rFonts w:ascii="Aptos" w:hAnsi="Aptos"/>
                  <w:sz w:val="24"/>
                  <w:szCs w:val="24"/>
                </w:rPr>
                <w:id w:val="2015491977"/>
                <w:showingPlcHdr/>
                <w:text/>
              </w:sdtPr>
              <w:sdtContent>
                <w:r w:rsidRPr="008D68FB">
                  <w:rPr>
                    <w:rFonts w:ascii="Aptos" w:hAnsi="Aptos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  <w:tr w:rsidR="00591A01" w14:paraId="386A3DFE" w14:textId="77777777">
        <w:tc>
          <w:tcPr>
            <w:tcW w:w="2880" w:type="dxa"/>
          </w:tcPr>
          <w:p w14:paraId="33DCE8CA" w14:textId="77777777" w:rsidR="00591A01" w:rsidRPr="008D68FB" w:rsidRDefault="001063F7">
            <w:pPr>
              <w:rPr>
                <w:rFonts w:ascii="Aptos" w:hAnsi="Aptos"/>
                <w:sz w:val="24"/>
                <w:szCs w:val="24"/>
              </w:rPr>
            </w:pPr>
            <w:r w:rsidRPr="008D68FB">
              <w:rPr>
                <w:rFonts w:ascii="Aptos" w:hAnsi="Aptos"/>
                <w:sz w:val="24"/>
                <w:szCs w:val="24"/>
              </w:rPr>
              <w:t>Address</w:t>
            </w:r>
          </w:p>
        </w:tc>
        <w:tc>
          <w:tcPr>
            <w:tcW w:w="2880" w:type="dxa"/>
          </w:tcPr>
          <w:p w14:paraId="3CDB510B" w14:textId="73708AB6" w:rsidR="00591A01" w:rsidRPr="008D68FB" w:rsidRDefault="008D68FB">
            <w:pPr>
              <w:rPr>
                <w:rFonts w:ascii="Aptos" w:hAnsi="Aptos"/>
                <w:sz w:val="24"/>
                <w:szCs w:val="24"/>
              </w:rPr>
            </w:pPr>
            <w:sdt>
              <w:sdtPr>
                <w:rPr>
                  <w:rFonts w:ascii="Aptos" w:hAnsi="Aptos"/>
                  <w:sz w:val="24"/>
                  <w:szCs w:val="24"/>
                </w:rPr>
                <w:id w:val="1341040697"/>
                <w:showingPlcHdr/>
                <w:text/>
              </w:sdtPr>
              <w:sdtContent>
                <w:r w:rsidRPr="008D68FB">
                  <w:rPr>
                    <w:rFonts w:ascii="Aptos" w:hAnsi="Aptos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2880" w:type="dxa"/>
          </w:tcPr>
          <w:p w14:paraId="44C0EDA9" w14:textId="2A0587C1" w:rsidR="00591A01" w:rsidRPr="008D68FB" w:rsidRDefault="008D68FB">
            <w:pPr>
              <w:rPr>
                <w:rFonts w:ascii="Aptos" w:hAnsi="Aptos"/>
                <w:sz w:val="24"/>
                <w:szCs w:val="24"/>
              </w:rPr>
            </w:pPr>
            <w:sdt>
              <w:sdtPr>
                <w:rPr>
                  <w:rFonts w:ascii="Aptos" w:hAnsi="Aptos"/>
                  <w:sz w:val="24"/>
                  <w:szCs w:val="24"/>
                </w:rPr>
                <w:id w:val="-1308472364"/>
                <w:showingPlcHdr/>
                <w:text/>
              </w:sdtPr>
              <w:sdtContent>
                <w:r w:rsidRPr="008D68FB">
                  <w:rPr>
                    <w:rFonts w:ascii="Aptos" w:hAnsi="Aptos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  <w:tr w:rsidR="00591A01" w14:paraId="1DBD3F18" w14:textId="77777777">
        <w:tc>
          <w:tcPr>
            <w:tcW w:w="2880" w:type="dxa"/>
          </w:tcPr>
          <w:p w14:paraId="5ED90BB1" w14:textId="03294016" w:rsidR="00591A01" w:rsidRPr="008D68FB" w:rsidRDefault="001063F7">
            <w:pPr>
              <w:rPr>
                <w:rFonts w:ascii="Aptos" w:hAnsi="Aptos"/>
                <w:sz w:val="24"/>
                <w:szCs w:val="24"/>
              </w:rPr>
            </w:pPr>
            <w:r w:rsidRPr="008D68FB">
              <w:rPr>
                <w:rFonts w:ascii="Aptos" w:hAnsi="Aptos"/>
                <w:sz w:val="24"/>
                <w:szCs w:val="24"/>
              </w:rPr>
              <w:t>Signature</w:t>
            </w:r>
          </w:p>
        </w:tc>
        <w:tc>
          <w:tcPr>
            <w:tcW w:w="2880" w:type="dxa"/>
          </w:tcPr>
          <w:p w14:paraId="47A27E03" w14:textId="38617F94" w:rsidR="00591A01" w:rsidRPr="008D68FB" w:rsidRDefault="00EE7A39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..………</w:t>
            </w:r>
            <w:r w:rsidR="000769E1">
              <w:rPr>
                <w:rFonts w:ascii="Aptos" w:hAnsi="Aptos"/>
                <w:sz w:val="24"/>
                <w:szCs w:val="24"/>
              </w:rPr>
              <w:t>…..</w:t>
            </w:r>
            <w:r>
              <w:rPr>
                <w:rFonts w:ascii="Aptos" w:hAnsi="Aptos"/>
                <w:sz w:val="24"/>
                <w:szCs w:val="24"/>
              </w:rPr>
              <w:t>………………………….</w:t>
            </w:r>
          </w:p>
        </w:tc>
        <w:tc>
          <w:tcPr>
            <w:tcW w:w="2880" w:type="dxa"/>
          </w:tcPr>
          <w:p w14:paraId="3FC90478" w14:textId="3A30A979" w:rsidR="00591A01" w:rsidRPr="008D68FB" w:rsidRDefault="00EE7A39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……</w:t>
            </w:r>
            <w:r w:rsidR="000769E1">
              <w:rPr>
                <w:rFonts w:ascii="Aptos" w:hAnsi="Aptos"/>
                <w:sz w:val="24"/>
                <w:szCs w:val="24"/>
              </w:rPr>
              <w:t>…………</w:t>
            </w:r>
            <w:r>
              <w:rPr>
                <w:rFonts w:ascii="Aptos" w:hAnsi="Aptos"/>
                <w:sz w:val="24"/>
                <w:szCs w:val="24"/>
              </w:rPr>
              <w:t>………………………………..</w:t>
            </w:r>
          </w:p>
        </w:tc>
      </w:tr>
    </w:tbl>
    <w:p w14:paraId="002A4AD9" w14:textId="77777777" w:rsidR="00591A01" w:rsidRDefault="001063F7">
      <w:r>
        <w:br w:type="page"/>
      </w:r>
    </w:p>
    <w:p w14:paraId="7186131D" w14:textId="77777777" w:rsidR="00591A01" w:rsidRDefault="001063F7">
      <w:pPr>
        <w:pStyle w:val="Heading1"/>
      </w:pPr>
      <w:r>
        <w:lastRenderedPageBreak/>
        <w:t>Co-option Eligibility Form</w:t>
      </w:r>
    </w:p>
    <w:p w14:paraId="60227750" w14:textId="77777777" w:rsidR="000769E1" w:rsidRDefault="000769E1"/>
    <w:p w14:paraId="3F9826CA" w14:textId="19ACE107" w:rsidR="00591A01" w:rsidRPr="008D68FB" w:rsidRDefault="001063F7">
      <w:pPr>
        <w:rPr>
          <w:rFonts w:ascii="Aptos" w:hAnsi="Aptos"/>
          <w:sz w:val="24"/>
          <w:szCs w:val="24"/>
        </w:rPr>
      </w:pPr>
      <w:r w:rsidRPr="008D68FB">
        <w:rPr>
          <w:rFonts w:ascii="Aptos" w:hAnsi="Aptos"/>
          <w:sz w:val="24"/>
          <w:szCs w:val="24"/>
        </w:rPr>
        <w:t>I am a British, Irish or qualifying Commonwealth Citizen, or a citizen of any other member state of the European Union.</w:t>
      </w:r>
      <w:r w:rsidR="000769E1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-94401902"/>
          <w:text/>
        </w:sdtPr>
        <w:sdtContent>
          <w:r w:rsidR="008D64B8" w:rsidRPr="00815596">
            <w:rPr>
              <w:rFonts w:ascii="Aptos" w:hAnsi="Aptos"/>
              <w:sz w:val="24"/>
              <w:szCs w:val="24"/>
            </w:rPr>
            <w:t>YES / NO</w:t>
          </w:r>
        </w:sdtContent>
      </w:sdt>
    </w:p>
    <w:p w14:paraId="4B14E0C9" w14:textId="5B4DCA4F" w:rsidR="00591A01" w:rsidRPr="008D68FB" w:rsidRDefault="001063F7">
      <w:pPr>
        <w:rPr>
          <w:rFonts w:ascii="Aptos" w:hAnsi="Aptos"/>
          <w:sz w:val="24"/>
          <w:szCs w:val="24"/>
        </w:rPr>
      </w:pPr>
      <w:r w:rsidRPr="008D68FB">
        <w:rPr>
          <w:rFonts w:ascii="Aptos" w:hAnsi="Aptos"/>
          <w:sz w:val="24"/>
          <w:szCs w:val="24"/>
        </w:rPr>
        <w:t>I am 18 years of age or over.</w:t>
      </w:r>
      <w:r w:rsidR="000769E1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29772631"/>
          <w:text/>
        </w:sdtPr>
        <w:sdtContent>
          <w:r w:rsidR="008D64B8" w:rsidRPr="00197381">
            <w:rPr>
              <w:rFonts w:ascii="Aptos" w:hAnsi="Aptos"/>
              <w:sz w:val="24"/>
              <w:szCs w:val="24"/>
            </w:rPr>
            <w:t>YES / NO</w:t>
          </w:r>
        </w:sdtContent>
      </w:sdt>
    </w:p>
    <w:p w14:paraId="7B004AD8" w14:textId="437FE3EB" w:rsidR="00591A01" w:rsidRPr="008D68FB" w:rsidRDefault="001063F7">
      <w:pPr>
        <w:rPr>
          <w:rFonts w:ascii="Aptos" w:hAnsi="Aptos"/>
          <w:sz w:val="24"/>
          <w:szCs w:val="24"/>
        </w:rPr>
      </w:pPr>
      <w:r w:rsidRPr="008D68FB">
        <w:rPr>
          <w:rFonts w:ascii="Aptos" w:hAnsi="Aptos"/>
          <w:sz w:val="24"/>
          <w:szCs w:val="24"/>
        </w:rPr>
        <w:t>I am registered as a local government elector for the parish.</w:t>
      </w:r>
      <w:r w:rsidR="000769E1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-182515910"/>
          <w:text/>
        </w:sdtPr>
        <w:sdtContent>
          <w:r w:rsidR="008D64B8" w:rsidRPr="00B60579">
            <w:rPr>
              <w:rFonts w:ascii="Aptos" w:hAnsi="Aptos"/>
              <w:sz w:val="24"/>
              <w:szCs w:val="24"/>
            </w:rPr>
            <w:t>YES / NO</w:t>
          </w:r>
        </w:sdtContent>
      </w:sdt>
    </w:p>
    <w:p w14:paraId="554439C7" w14:textId="67FE6A5D" w:rsidR="00591A01" w:rsidRPr="008D68FB" w:rsidRDefault="001063F7">
      <w:pPr>
        <w:rPr>
          <w:rFonts w:ascii="Aptos" w:hAnsi="Aptos"/>
          <w:sz w:val="24"/>
          <w:szCs w:val="24"/>
        </w:rPr>
      </w:pPr>
      <w:r w:rsidRPr="008D68FB">
        <w:rPr>
          <w:rFonts w:ascii="Aptos" w:hAnsi="Aptos"/>
          <w:sz w:val="24"/>
          <w:szCs w:val="24"/>
        </w:rPr>
        <w:t>I have occupied land or premises in the parish for the previous 12 months.</w:t>
      </w:r>
      <w:r w:rsidR="000769E1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-1256821502"/>
          <w:text/>
        </w:sdtPr>
        <w:sdtContent>
          <w:r w:rsidR="008D64B8">
            <w:rPr>
              <w:rFonts w:ascii="Aptos" w:hAnsi="Aptos"/>
              <w:sz w:val="24"/>
              <w:szCs w:val="24"/>
            </w:rPr>
            <w:t>YES / NO</w:t>
          </w:r>
        </w:sdtContent>
      </w:sdt>
    </w:p>
    <w:p w14:paraId="35696421" w14:textId="7C818B4B" w:rsidR="00591A01" w:rsidRPr="008D68FB" w:rsidRDefault="001063F7">
      <w:pPr>
        <w:rPr>
          <w:rFonts w:ascii="Aptos" w:hAnsi="Aptos"/>
          <w:sz w:val="24"/>
          <w:szCs w:val="24"/>
        </w:rPr>
      </w:pPr>
      <w:r w:rsidRPr="008D68FB">
        <w:rPr>
          <w:rFonts w:ascii="Aptos" w:hAnsi="Aptos"/>
          <w:sz w:val="24"/>
          <w:szCs w:val="24"/>
        </w:rPr>
        <w:t>My principal or only place of work has been in the parish for the previous 12 months.</w:t>
      </w:r>
      <w:r w:rsidR="000769E1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-118384693"/>
          <w:text/>
        </w:sdtPr>
        <w:sdtContent>
          <w:r w:rsidR="008D64B8" w:rsidRPr="00EC081D">
            <w:rPr>
              <w:rFonts w:ascii="Aptos" w:hAnsi="Aptos"/>
              <w:sz w:val="24"/>
              <w:szCs w:val="24"/>
            </w:rPr>
            <w:t>YES / NO</w:t>
          </w:r>
        </w:sdtContent>
      </w:sdt>
    </w:p>
    <w:p w14:paraId="273321DA" w14:textId="5D132A7E" w:rsidR="00591A01" w:rsidRPr="008D68FB" w:rsidRDefault="001063F7">
      <w:pPr>
        <w:rPr>
          <w:rFonts w:ascii="Aptos" w:hAnsi="Aptos"/>
          <w:sz w:val="24"/>
          <w:szCs w:val="24"/>
        </w:rPr>
      </w:pPr>
      <w:r w:rsidRPr="008D68FB">
        <w:rPr>
          <w:rFonts w:ascii="Aptos" w:hAnsi="Aptos"/>
          <w:sz w:val="24"/>
          <w:szCs w:val="24"/>
        </w:rPr>
        <w:t>I have lived in the parish or within three miles of it for the previous 12 months.</w:t>
      </w:r>
      <w:r w:rsidR="008D64B8">
        <w:rPr>
          <w:rFonts w:ascii="Aptos" w:hAnsi="Aptos"/>
          <w:sz w:val="24"/>
          <w:szCs w:val="24"/>
        </w:rPr>
        <w:t xml:space="preserve">       </w:t>
      </w:r>
      <w:r w:rsidR="000769E1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-1383944119"/>
          <w:text/>
        </w:sdtPr>
        <w:sdtContent>
          <w:r w:rsidR="008D64B8" w:rsidRPr="00465DA3">
            <w:rPr>
              <w:rFonts w:ascii="Aptos" w:hAnsi="Aptos"/>
              <w:sz w:val="24"/>
              <w:szCs w:val="24"/>
            </w:rPr>
            <w:t>YES / NO</w:t>
          </w:r>
        </w:sdtContent>
      </w:sdt>
    </w:p>
    <w:p w14:paraId="6FA67631" w14:textId="7BE86315" w:rsidR="00591A01" w:rsidRPr="008D68FB" w:rsidRDefault="001063F7">
      <w:pPr>
        <w:rPr>
          <w:rFonts w:ascii="Aptos" w:hAnsi="Aptos"/>
          <w:sz w:val="24"/>
          <w:szCs w:val="24"/>
        </w:rPr>
      </w:pPr>
      <w:r w:rsidRPr="008D68FB">
        <w:rPr>
          <w:rFonts w:ascii="Aptos" w:hAnsi="Aptos"/>
          <w:sz w:val="24"/>
          <w:szCs w:val="24"/>
        </w:rPr>
        <w:t xml:space="preserve">Signature </w:t>
      </w:r>
      <w:sdt>
        <w:sdtPr>
          <w:rPr>
            <w:rFonts w:ascii="Aptos" w:hAnsi="Aptos"/>
            <w:sz w:val="24"/>
            <w:szCs w:val="24"/>
          </w:rPr>
          <w:id w:val="-1071571035"/>
          <w:showingPlcHdr/>
          <w:text/>
        </w:sdtPr>
        <w:sdtEndPr/>
        <w:sdtContent>
          <w:r w:rsidR="008D68FB" w:rsidRPr="008D68FB">
            <w:rPr>
              <w:rFonts w:ascii="Aptos" w:hAnsi="Aptos"/>
              <w:sz w:val="24"/>
              <w:szCs w:val="24"/>
            </w:rPr>
            <w:t xml:space="preserve">     </w:t>
          </w:r>
        </w:sdtContent>
      </w:sdt>
    </w:p>
    <w:p w14:paraId="2A564DBE" w14:textId="0CD5ABF9" w:rsidR="00591A01" w:rsidRPr="008D68FB" w:rsidRDefault="001063F7">
      <w:pPr>
        <w:rPr>
          <w:rFonts w:ascii="Aptos" w:hAnsi="Aptos"/>
          <w:sz w:val="24"/>
          <w:szCs w:val="24"/>
        </w:rPr>
      </w:pPr>
      <w:r w:rsidRPr="008D68FB">
        <w:rPr>
          <w:rFonts w:ascii="Aptos" w:hAnsi="Aptos"/>
          <w:sz w:val="24"/>
          <w:szCs w:val="24"/>
        </w:rPr>
        <w:t xml:space="preserve">Date </w:t>
      </w:r>
      <w:sdt>
        <w:sdtPr>
          <w:rPr>
            <w:rFonts w:ascii="Aptos" w:hAnsi="Aptos"/>
            <w:sz w:val="24"/>
            <w:szCs w:val="24"/>
          </w:rPr>
          <w:id w:val="-1746797566"/>
          <w:showingPlcHdr/>
          <w:text/>
        </w:sdtPr>
        <w:sdtEndPr/>
        <w:sdtContent>
          <w:r w:rsidR="008D68FB" w:rsidRPr="008D68FB">
            <w:rPr>
              <w:rFonts w:ascii="Aptos" w:hAnsi="Aptos"/>
              <w:sz w:val="24"/>
              <w:szCs w:val="24"/>
            </w:rPr>
            <w:t xml:space="preserve">     </w:t>
          </w:r>
        </w:sdtContent>
      </w:sdt>
    </w:p>
    <w:p w14:paraId="209B72B9" w14:textId="56544AF8" w:rsidR="00591A01" w:rsidRDefault="001063F7">
      <w:pPr>
        <w:rPr>
          <w:rFonts w:ascii="Aptos" w:hAnsi="Aptos"/>
          <w:sz w:val="24"/>
          <w:szCs w:val="24"/>
        </w:rPr>
      </w:pPr>
      <w:r w:rsidRPr="008D68FB">
        <w:rPr>
          <w:rFonts w:ascii="Aptos" w:hAnsi="Aptos"/>
          <w:sz w:val="24"/>
          <w:szCs w:val="24"/>
        </w:rPr>
        <w:t xml:space="preserve">All completed applications and eligibility forms must be received by the Parish Clerk </w:t>
      </w:r>
      <w:r w:rsidR="000769E1">
        <w:rPr>
          <w:rFonts w:ascii="Aptos" w:hAnsi="Aptos"/>
          <w:sz w:val="24"/>
          <w:szCs w:val="24"/>
        </w:rPr>
        <w:t>(</w:t>
      </w:r>
      <w:hyperlink r:id="rId7" w:history="1">
        <w:r w:rsidR="000769E1" w:rsidRPr="004E6A8E">
          <w:rPr>
            <w:rStyle w:val="Hyperlink"/>
            <w:rFonts w:ascii="Aptos" w:hAnsi="Aptos"/>
            <w:sz w:val="24"/>
            <w:szCs w:val="24"/>
          </w:rPr>
          <w:t>clerk@claygateparishcouncil.gov.uk</w:t>
        </w:r>
      </w:hyperlink>
      <w:r w:rsidR="000769E1">
        <w:rPr>
          <w:rFonts w:ascii="Aptos" w:hAnsi="Aptos"/>
          <w:sz w:val="24"/>
          <w:szCs w:val="24"/>
        </w:rPr>
        <w:t xml:space="preserve">) </w:t>
      </w:r>
      <w:r w:rsidRPr="008D68FB">
        <w:rPr>
          <w:rFonts w:ascii="Aptos" w:hAnsi="Aptos"/>
          <w:sz w:val="24"/>
          <w:szCs w:val="24"/>
        </w:rPr>
        <w:t>by 5.00pm on Friday 11 September 2026.</w:t>
      </w:r>
    </w:p>
    <w:p w14:paraId="0B53211A" w14:textId="227610FC" w:rsidR="005B14A5" w:rsidRPr="008D68FB" w:rsidRDefault="008D64B8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Or </w:t>
      </w:r>
      <w:r w:rsidR="004967E2">
        <w:rPr>
          <w:rFonts w:ascii="Aptos" w:hAnsi="Aptos"/>
          <w:sz w:val="24"/>
          <w:szCs w:val="24"/>
        </w:rPr>
        <w:t xml:space="preserve">posted to </w:t>
      </w:r>
      <w:r w:rsidR="005B14A5">
        <w:rPr>
          <w:rFonts w:ascii="Aptos" w:hAnsi="Aptos"/>
          <w:sz w:val="24"/>
          <w:szCs w:val="24"/>
        </w:rPr>
        <w:t>Parish Clerk</w:t>
      </w:r>
      <w:r w:rsidR="002068C1">
        <w:rPr>
          <w:rFonts w:ascii="Aptos" w:hAnsi="Aptos"/>
          <w:sz w:val="24"/>
          <w:szCs w:val="24"/>
        </w:rPr>
        <w:t>, Claygate Parish Council, Claygate Village Hall, Church Road Claygate KT10 0JP</w:t>
      </w:r>
      <w:r w:rsidR="004B23D8">
        <w:rPr>
          <w:rFonts w:ascii="Aptos" w:hAnsi="Aptos"/>
          <w:sz w:val="24"/>
          <w:szCs w:val="24"/>
        </w:rPr>
        <w:t xml:space="preserve"> (</w:t>
      </w:r>
      <w:r w:rsidR="004967E2">
        <w:rPr>
          <w:rFonts w:ascii="Aptos" w:hAnsi="Aptos"/>
          <w:sz w:val="24"/>
          <w:szCs w:val="24"/>
        </w:rPr>
        <w:t>If delivering by hand the p</w:t>
      </w:r>
      <w:r w:rsidR="004B23D8">
        <w:rPr>
          <w:rFonts w:ascii="Aptos" w:hAnsi="Aptos"/>
          <w:sz w:val="24"/>
          <w:szCs w:val="24"/>
        </w:rPr>
        <w:t xml:space="preserve">ost box is </w:t>
      </w:r>
      <w:r w:rsidR="00420282">
        <w:rPr>
          <w:rFonts w:ascii="Aptos" w:hAnsi="Aptos"/>
          <w:sz w:val="24"/>
          <w:szCs w:val="24"/>
        </w:rPr>
        <w:t xml:space="preserve">outside </w:t>
      </w:r>
      <w:r w:rsidR="004B23D8">
        <w:rPr>
          <w:rFonts w:ascii="Aptos" w:hAnsi="Aptos"/>
          <w:sz w:val="24"/>
          <w:szCs w:val="24"/>
        </w:rPr>
        <w:t>at the front of the Village Hall</w:t>
      </w:r>
      <w:r w:rsidR="00420282">
        <w:rPr>
          <w:rFonts w:ascii="Aptos" w:hAnsi="Aptos"/>
          <w:sz w:val="24"/>
          <w:szCs w:val="24"/>
        </w:rPr>
        <w:t>).</w:t>
      </w:r>
    </w:p>
    <w:sectPr w:rsidR="005B14A5" w:rsidRPr="008D68F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0001304">
    <w:abstractNumId w:val="8"/>
  </w:num>
  <w:num w:numId="2" w16cid:durableId="794061682">
    <w:abstractNumId w:val="6"/>
  </w:num>
  <w:num w:numId="3" w16cid:durableId="1259560356">
    <w:abstractNumId w:val="5"/>
  </w:num>
  <w:num w:numId="4" w16cid:durableId="79956588">
    <w:abstractNumId w:val="4"/>
  </w:num>
  <w:num w:numId="5" w16cid:durableId="413666026">
    <w:abstractNumId w:val="7"/>
  </w:num>
  <w:num w:numId="6" w16cid:durableId="1139490829">
    <w:abstractNumId w:val="3"/>
  </w:num>
  <w:num w:numId="7" w16cid:durableId="449127482">
    <w:abstractNumId w:val="2"/>
  </w:num>
  <w:num w:numId="8" w16cid:durableId="1497375850">
    <w:abstractNumId w:val="1"/>
  </w:num>
  <w:num w:numId="9" w16cid:durableId="19458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69E1"/>
    <w:rsid w:val="0015074B"/>
    <w:rsid w:val="002068C1"/>
    <w:rsid w:val="0029639D"/>
    <w:rsid w:val="003113AE"/>
    <w:rsid w:val="00326F90"/>
    <w:rsid w:val="00420282"/>
    <w:rsid w:val="004967E2"/>
    <w:rsid w:val="004B23D8"/>
    <w:rsid w:val="0053575D"/>
    <w:rsid w:val="00591A01"/>
    <w:rsid w:val="005B14A5"/>
    <w:rsid w:val="008D64B8"/>
    <w:rsid w:val="008D68FB"/>
    <w:rsid w:val="00A32046"/>
    <w:rsid w:val="00A56C4F"/>
    <w:rsid w:val="00A655FA"/>
    <w:rsid w:val="00AA1D8D"/>
    <w:rsid w:val="00B47730"/>
    <w:rsid w:val="00CB0664"/>
    <w:rsid w:val="00EE7A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B024CD0-942C-4DF3-B52F-9F8B9B7D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0769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6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lerk@claygateparishcouncil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French</dc:creator>
  <cp:keywords/>
  <dc:description>generated by python-docx</dc:description>
  <cp:lastModifiedBy>Jenny French</cp:lastModifiedBy>
  <cp:revision>2</cp:revision>
  <dcterms:created xsi:type="dcterms:W3CDTF">2026-07-30T16:17:00Z</dcterms:created>
  <dcterms:modified xsi:type="dcterms:W3CDTF">2026-07-30T16:17:00Z</dcterms:modified>
  <cp:category/>
</cp:coreProperties>
</file>